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E4774" w14:textId="77777777" w:rsidR="00C43FF1" w:rsidRDefault="0074542F">
      <w:pPr>
        <w:pStyle w:val="Titolo1"/>
      </w:pPr>
      <w:r>
        <w:t>GROUP BOOKING FORM (minimum 15 people)</w:t>
      </w:r>
    </w:p>
    <w:p w14:paraId="0457D575" w14:textId="415544CB" w:rsidR="00C43FF1" w:rsidRDefault="0074542F">
      <w:r w:rsidRPr="001B46D8">
        <w:rPr>
          <w:lang w:val="it-IT"/>
        </w:rPr>
        <w:t>Fondazione</w:t>
      </w:r>
      <w:r w:rsidR="00636616">
        <w:rPr>
          <w:lang w:val="it-IT"/>
        </w:rPr>
        <w:t xml:space="preserve"> Palazzo </w:t>
      </w:r>
      <w:proofErr w:type="spellStart"/>
      <w:r w:rsidR="00636616">
        <w:rPr>
          <w:lang w:val="it-IT"/>
        </w:rPr>
        <w:t>Coronini</w:t>
      </w:r>
      <w:proofErr w:type="spellEnd"/>
      <w:r w:rsidR="00636616">
        <w:rPr>
          <w:lang w:val="it-IT"/>
        </w:rPr>
        <w:t xml:space="preserve"> </w:t>
      </w:r>
      <w:proofErr w:type="spellStart"/>
      <w:r w:rsidR="00636616">
        <w:rPr>
          <w:lang w:val="it-IT"/>
        </w:rPr>
        <w:t>Cronberg</w:t>
      </w:r>
      <w:proofErr w:type="spellEnd"/>
      <w:r w:rsidR="00636616">
        <w:rPr>
          <w:lang w:val="it-IT"/>
        </w:rPr>
        <w:t xml:space="preserve"> </w:t>
      </w:r>
      <w:r w:rsidRPr="001B46D8">
        <w:rPr>
          <w:lang w:val="it-IT"/>
        </w:rPr>
        <w:br/>
        <w:t>Viale XX Settembre 14, via Coronini 1</w:t>
      </w:r>
      <w:r w:rsidRPr="001B46D8">
        <w:rPr>
          <w:lang w:val="it-IT"/>
        </w:rPr>
        <w:br/>
        <w:t>34170 – Gorizia</w:t>
      </w:r>
      <w:r w:rsidRPr="001B46D8">
        <w:rPr>
          <w:lang w:val="it-IT"/>
        </w:rPr>
        <w:br/>
        <w:t xml:space="preserve">Tel. </w:t>
      </w:r>
      <w:r>
        <w:t>+39 0481 533485</w:t>
      </w:r>
      <w:r>
        <w:br/>
        <w:t>info@coronini.it – www.coronini.it</w:t>
      </w:r>
    </w:p>
    <w:p w14:paraId="38A49257" w14:textId="77777777" w:rsidR="00C43FF1" w:rsidRDefault="0074542F" w:rsidP="00DA1552">
      <w:pPr>
        <w:pStyle w:val="Titolo2"/>
      </w:pPr>
      <w:r>
        <w:t xml:space="preserve">CONTACT </w:t>
      </w:r>
      <w:r w:rsidRPr="00DA1552">
        <w:t>INFORMATION</w:t>
      </w:r>
    </w:p>
    <w:p w14:paraId="1C8EED39" w14:textId="77777777" w:rsidR="00C43FF1" w:rsidRDefault="0074542F">
      <w:r>
        <w:t>Organization/Association/Company: __________________________</w:t>
      </w:r>
    </w:p>
    <w:p w14:paraId="322F607A" w14:textId="77777777" w:rsidR="00C43FF1" w:rsidRDefault="0074542F">
      <w:r>
        <w:t>Contact person (first and last name): ________________________</w:t>
      </w:r>
    </w:p>
    <w:p w14:paraId="5E94E7B5" w14:textId="77777777" w:rsidR="00C43FF1" w:rsidRDefault="0074542F">
      <w:r>
        <w:t>Phone number: __________________________________________</w:t>
      </w:r>
    </w:p>
    <w:p w14:paraId="1189FE39" w14:textId="77777777" w:rsidR="00C43FF1" w:rsidRDefault="0074542F">
      <w:r>
        <w:t>E-mail: _________________________________________________</w:t>
      </w:r>
    </w:p>
    <w:p w14:paraId="75EA80A8" w14:textId="77777777" w:rsidR="00C43FF1" w:rsidRDefault="0074542F">
      <w:pPr>
        <w:pStyle w:val="Titolo2"/>
      </w:pPr>
      <w:r>
        <w:t>VISIT DETAILS</w:t>
      </w:r>
    </w:p>
    <w:p w14:paraId="4056B6D3" w14:textId="77777777" w:rsidR="00C43FF1" w:rsidRDefault="0074542F">
      <w:r>
        <w:t>Date and time of visit: ____________________________________</w:t>
      </w:r>
    </w:p>
    <w:p w14:paraId="59B097FD" w14:textId="77777777" w:rsidR="00C43FF1" w:rsidRDefault="0074542F">
      <w:r>
        <w:t>Number of participants: __________________________________</w:t>
      </w:r>
    </w:p>
    <w:p w14:paraId="66C3AEDB" w14:textId="77777777" w:rsidR="00C43FF1" w:rsidRDefault="0074542F">
      <w:r>
        <w:t>Type of visit:</w:t>
      </w:r>
    </w:p>
    <w:p w14:paraId="7C18019D" w14:textId="64DE0541" w:rsidR="00C43FF1" w:rsidRDefault="0074542F">
      <w:proofErr w:type="gramStart"/>
      <w:r>
        <w:t xml:space="preserve">☐ </w:t>
      </w:r>
      <w:r w:rsidR="00B97990">
        <w:t xml:space="preserve"> </w:t>
      </w:r>
      <w:r>
        <w:t>Guided</w:t>
      </w:r>
      <w:proofErr w:type="gramEnd"/>
      <w:r>
        <w:t xml:space="preserve"> tour of the Palace (1 hour)</w:t>
      </w:r>
    </w:p>
    <w:p w14:paraId="1DF780DB" w14:textId="347C897F" w:rsidR="001B46D8" w:rsidRDefault="001B46D8">
      <w:proofErr w:type="gramStart"/>
      <w:r>
        <w:t xml:space="preserve">☐ </w:t>
      </w:r>
      <w:r w:rsidR="00B97990">
        <w:t xml:space="preserve"> </w:t>
      </w:r>
      <w:r w:rsidRPr="001B46D8">
        <w:t>Palace</w:t>
      </w:r>
      <w:proofErr w:type="gramEnd"/>
      <w:r w:rsidRPr="001B46D8">
        <w:t xml:space="preserve"> tour without a guide</w:t>
      </w:r>
    </w:p>
    <w:p w14:paraId="4002E01E" w14:textId="28B3A2C8" w:rsidR="00C43FF1" w:rsidRDefault="0074542F">
      <w:proofErr w:type="gramStart"/>
      <w:r>
        <w:t xml:space="preserve">☐ </w:t>
      </w:r>
      <w:r w:rsidR="00B97990">
        <w:t xml:space="preserve"> </w:t>
      </w:r>
      <w:r>
        <w:t>Guided</w:t>
      </w:r>
      <w:proofErr w:type="gramEnd"/>
      <w:r>
        <w:t xml:space="preserve"> tour of the Park (1.5 hours)</w:t>
      </w:r>
    </w:p>
    <w:p w14:paraId="495CB0F2" w14:textId="0E789DBD" w:rsidR="00C43FF1" w:rsidRDefault="0074542F">
      <w:proofErr w:type="gramStart"/>
      <w:r>
        <w:t xml:space="preserve">☐ </w:t>
      </w:r>
      <w:r w:rsidR="00B97990">
        <w:t xml:space="preserve"> </w:t>
      </w:r>
      <w:r>
        <w:t>Exhibition</w:t>
      </w:r>
      <w:proofErr w:type="gramEnd"/>
    </w:p>
    <w:p w14:paraId="03FD09C9" w14:textId="44480F49" w:rsidR="00C43FF1" w:rsidRDefault="0074542F">
      <w:proofErr w:type="gramStart"/>
      <w:r>
        <w:t xml:space="preserve">☐ </w:t>
      </w:r>
      <w:r w:rsidR="00B97990">
        <w:t xml:space="preserve"> </w:t>
      </w:r>
      <w:r>
        <w:t>Exhibition</w:t>
      </w:r>
      <w:proofErr w:type="gramEnd"/>
      <w:r>
        <w:t xml:space="preserve"> with guided tour (1 hour)</w:t>
      </w:r>
    </w:p>
    <w:p w14:paraId="1D6D1DA4" w14:textId="77777777" w:rsidR="00C43FF1" w:rsidRDefault="0074542F">
      <w:r>
        <w:br/>
        <w:t>Visit with own guide (subject to prior authorization by the Foundation):</w:t>
      </w:r>
    </w:p>
    <w:p w14:paraId="7E16EA33" w14:textId="28616E29" w:rsidR="00C43FF1" w:rsidRDefault="0074542F">
      <w:proofErr w:type="gramStart"/>
      <w:r>
        <w:t xml:space="preserve">☐ </w:t>
      </w:r>
      <w:r w:rsidR="00B97990">
        <w:t xml:space="preserve"> </w:t>
      </w:r>
      <w:r>
        <w:t>yes</w:t>
      </w:r>
      <w:proofErr w:type="gramEnd"/>
      <w:r w:rsidR="00B97990">
        <w:t xml:space="preserve">  </w:t>
      </w:r>
      <w:r>
        <w:t xml:space="preserve"> ☐ </w:t>
      </w:r>
      <w:r w:rsidR="00B97990">
        <w:t xml:space="preserve"> </w:t>
      </w:r>
      <w:r>
        <w:t>no</w:t>
      </w:r>
    </w:p>
    <w:p w14:paraId="5023AD9F" w14:textId="77777777" w:rsidR="00C43FF1" w:rsidRDefault="0074542F">
      <w:r>
        <w:br/>
        <w:t>Visit with Authorized FVG Guide (subject to prior authorization by the Foundation):</w:t>
      </w:r>
    </w:p>
    <w:p w14:paraId="03C899C9" w14:textId="3CCBF1F6" w:rsidR="00C43FF1" w:rsidRDefault="0074542F">
      <w:proofErr w:type="gramStart"/>
      <w:r>
        <w:t xml:space="preserve">☐ </w:t>
      </w:r>
      <w:r w:rsidR="00B97990">
        <w:t xml:space="preserve"> </w:t>
      </w:r>
      <w:r>
        <w:t>yes</w:t>
      </w:r>
      <w:proofErr w:type="gramEnd"/>
      <w:r>
        <w:t xml:space="preserve"> – Name and surname: _______________________________</w:t>
      </w:r>
    </w:p>
    <w:p w14:paraId="41C07283" w14:textId="770E46C0" w:rsidR="00C43FF1" w:rsidRDefault="0074542F">
      <w:proofErr w:type="gramStart"/>
      <w:r>
        <w:t xml:space="preserve">☐ </w:t>
      </w:r>
      <w:r w:rsidR="00B97990">
        <w:t xml:space="preserve"> </w:t>
      </w:r>
      <w:r>
        <w:t>no</w:t>
      </w:r>
      <w:proofErr w:type="gramEnd"/>
    </w:p>
    <w:p w14:paraId="093EF384" w14:textId="77777777" w:rsidR="001B46D8" w:rsidRDefault="001B46D8"/>
    <w:p w14:paraId="0EF5D1CD" w14:textId="79BD3287" w:rsidR="00C43FF1" w:rsidRDefault="0074542F">
      <w:r>
        <w:lastRenderedPageBreak/>
        <w:t>Language:</w:t>
      </w:r>
    </w:p>
    <w:p w14:paraId="077E6085" w14:textId="04588A04" w:rsidR="00C43FF1" w:rsidRDefault="0074542F">
      <w:proofErr w:type="gramStart"/>
      <w:r>
        <w:t xml:space="preserve">☐ </w:t>
      </w:r>
      <w:r w:rsidR="00B97990">
        <w:t xml:space="preserve"> </w:t>
      </w:r>
      <w:r>
        <w:t>Italian</w:t>
      </w:r>
      <w:proofErr w:type="gramEnd"/>
      <w:r>
        <w:t xml:space="preserve"> </w:t>
      </w:r>
      <w:r w:rsidR="00B97990">
        <w:t xml:space="preserve">     </w:t>
      </w:r>
      <w:r>
        <w:t xml:space="preserve">☐ </w:t>
      </w:r>
      <w:r w:rsidR="00B97990">
        <w:t xml:space="preserve"> </w:t>
      </w:r>
      <w:r>
        <w:t>English</w:t>
      </w:r>
    </w:p>
    <w:p w14:paraId="164986E4" w14:textId="77777777" w:rsidR="00C43FF1" w:rsidRDefault="0074542F">
      <w:r>
        <w:br/>
        <w:t xml:space="preserve">Visitors with </w:t>
      </w:r>
      <w:proofErr w:type="gramStart"/>
      <w:r>
        <w:t>psycho-motor</w:t>
      </w:r>
      <w:proofErr w:type="gramEnd"/>
      <w:r>
        <w:t xml:space="preserve"> disabilities:</w:t>
      </w:r>
    </w:p>
    <w:p w14:paraId="1DC891A0" w14:textId="53B36556" w:rsidR="00C43FF1" w:rsidRDefault="0074542F">
      <w:proofErr w:type="gramStart"/>
      <w:r>
        <w:t xml:space="preserve">☐ </w:t>
      </w:r>
      <w:r w:rsidR="00B97990">
        <w:t xml:space="preserve"> </w:t>
      </w:r>
      <w:r>
        <w:t>yes</w:t>
      </w:r>
      <w:proofErr w:type="gramEnd"/>
      <w:r>
        <w:t xml:space="preserve"> – number: _____________________</w:t>
      </w:r>
    </w:p>
    <w:p w14:paraId="328774D4" w14:textId="244382B0" w:rsidR="00C43FF1" w:rsidRDefault="0074542F">
      <w:proofErr w:type="gramStart"/>
      <w:r>
        <w:t>☐</w:t>
      </w:r>
      <w:r w:rsidR="00B97990">
        <w:t xml:space="preserve"> </w:t>
      </w:r>
      <w:r>
        <w:t xml:space="preserve"> no</w:t>
      </w:r>
      <w:proofErr w:type="gramEnd"/>
    </w:p>
    <w:p w14:paraId="1199AA5B" w14:textId="77777777" w:rsidR="00C43FF1" w:rsidRDefault="0074542F">
      <w:r>
        <w:br/>
        <w:t>Visitors in wheelchairs:</w:t>
      </w:r>
    </w:p>
    <w:p w14:paraId="4F292785" w14:textId="4CF969BC" w:rsidR="00C43FF1" w:rsidRDefault="0074542F">
      <w:proofErr w:type="gramStart"/>
      <w:r>
        <w:t xml:space="preserve">☐ </w:t>
      </w:r>
      <w:r w:rsidR="00B97990">
        <w:t xml:space="preserve"> </w:t>
      </w:r>
      <w:r>
        <w:t>yes</w:t>
      </w:r>
      <w:proofErr w:type="gramEnd"/>
      <w:r>
        <w:t xml:space="preserve"> – number: _____________________</w:t>
      </w:r>
    </w:p>
    <w:p w14:paraId="78DDF793" w14:textId="175A3C4C" w:rsidR="00C43FF1" w:rsidRDefault="0074542F">
      <w:proofErr w:type="gramStart"/>
      <w:r>
        <w:t>☐</w:t>
      </w:r>
      <w:r w:rsidR="00B97990">
        <w:t xml:space="preserve"> </w:t>
      </w:r>
      <w:r>
        <w:t xml:space="preserve"> no</w:t>
      </w:r>
      <w:proofErr w:type="gramEnd"/>
      <w:r>
        <w:t xml:space="preserve"> – wheelchair model/size: ____________________________</w:t>
      </w:r>
    </w:p>
    <w:p w14:paraId="766FAF92" w14:textId="77777777" w:rsidR="00C43FF1" w:rsidRDefault="0074542F">
      <w:r>
        <w:br/>
        <w:t>Chosen payment method:</w:t>
      </w:r>
    </w:p>
    <w:p w14:paraId="35AF66E8" w14:textId="7BC7F1C5" w:rsidR="00C43FF1" w:rsidRDefault="0074542F">
      <w:proofErr w:type="gramStart"/>
      <w:r>
        <w:t xml:space="preserve">☐ </w:t>
      </w:r>
      <w:r w:rsidR="00B97990">
        <w:t xml:space="preserve"> </w:t>
      </w:r>
      <w:r>
        <w:t>on</w:t>
      </w:r>
      <w:proofErr w:type="gramEnd"/>
      <w:r>
        <w:t>-site payment</w:t>
      </w:r>
    </w:p>
    <w:p w14:paraId="250B974B" w14:textId="4092FB51" w:rsidR="00C43FF1" w:rsidRDefault="0074542F">
      <w:proofErr w:type="gramStart"/>
      <w:r>
        <w:t xml:space="preserve">☐ </w:t>
      </w:r>
      <w:r w:rsidR="00B97990">
        <w:t xml:space="preserve"> </w:t>
      </w:r>
      <w:r>
        <w:t>advance</w:t>
      </w:r>
      <w:proofErr w:type="gramEnd"/>
      <w:r>
        <w:t xml:space="preserve"> bank transfer</w:t>
      </w:r>
    </w:p>
    <w:p w14:paraId="2F190A6F" w14:textId="77777777" w:rsidR="00B97990" w:rsidRDefault="00B97990" w:rsidP="00B97990"/>
    <w:p w14:paraId="627AC8A2" w14:textId="352860D7" w:rsidR="00B97990" w:rsidRDefault="00B97990" w:rsidP="00B97990">
      <w:r>
        <w:t>I</w:t>
      </w:r>
      <w:r w:rsidRPr="00B97990">
        <w:t>nvoice</w:t>
      </w:r>
      <w:r>
        <w:t xml:space="preserve">: </w:t>
      </w:r>
      <w:r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/>
        </w:rPr>
        <w:t xml:space="preserve"> </w:t>
      </w:r>
      <w:r>
        <w:t>yes</w:t>
      </w:r>
      <w:r>
        <w:t xml:space="preserve">         </w:t>
      </w:r>
      <w:r>
        <w:t xml:space="preserve"> </w:t>
      </w:r>
      <w:r>
        <w:rPr>
          <w:rFonts w:ascii="Segoe UI Symbol" w:hAnsi="Segoe UI Symbol" w:cs="Segoe UI Symbol"/>
        </w:rPr>
        <w:t>☐</w:t>
      </w:r>
      <w:r>
        <w:t xml:space="preserve"> no</w:t>
      </w:r>
    </w:p>
    <w:p w14:paraId="3F732301" w14:textId="77777777" w:rsidR="00B97990" w:rsidRDefault="00B97990">
      <w:pPr>
        <w:pStyle w:val="Titolo2"/>
      </w:pPr>
    </w:p>
    <w:p w14:paraId="48B7D6E3" w14:textId="6EB20B94" w:rsidR="00C43FF1" w:rsidRDefault="0074542F">
      <w:pPr>
        <w:pStyle w:val="Titolo2"/>
      </w:pPr>
      <w:r>
        <w:t>BILLING INFORMATION</w:t>
      </w:r>
      <w:bookmarkStart w:id="0" w:name="_GoBack"/>
      <w:bookmarkEnd w:id="0"/>
    </w:p>
    <w:p w14:paraId="4FBB969C" w14:textId="77777777" w:rsidR="00C43FF1" w:rsidRDefault="0074542F">
      <w:r>
        <w:t>Invoice header (Company name / First and last name): __________________________</w:t>
      </w:r>
    </w:p>
    <w:p w14:paraId="6A8DB7D6" w14:textId="77777777" w:rsidR="00C43FF1" w:rsidRDefault="0074542F">
      <w:r>
        <w:t>Full address of registered office (street, postal code, city, province): __________________</w:t>
      </w:r>
    </w:p>
    <w:p w14:paraId="59D26C6D" w14:textId="77777777" w:rsidR="00C43FF1" w:rsidRDefault="0074542F">
      <w:r>
        <w:t>VAT number: ____________________________________________</w:t>
      </w:r>
    </w:p>
    <w:p w14:paraId="789669B6" w14:textId="77777777" w:rsidR="00C43FF1" w:rsidRDefault="0074542F">
      <w:r>
        <w:t>Tax code: ______________________________________________</w:t>
      </w:r>
    </w:p>
    <w:p w14:paraId="3D625C56" w14:textId="77777777" w:rsidR="00C43FF1" w:rsidRDefault="0074542F">
      <w:r>
        <w:t>Unique Code for Electronic Invoice (or PEC): ______________________________</w:t>
      </w:r>
    </w:p>
    <w:p w14:paraId="558FEF42" w14:textId="6CE6C11B" w:rsidR="00B97990" w:rsidRDefault="0074542F" w:rsidP="00B97990">
      <w:r>
        <w:br/>
        <w:t>Date and signature of the contact person: _________________________________</w:t>
      </w:r>
    </w:p>
    <w:p w14:paraId="6B8B0D36" w14:textId="77777777" w:rsidR="00B97990" w:rsidRDefault="00B97990" w:rsidP="00B97990"/>
    <w:p w14:paraId="36847FFF" w14:textId="6917EA99" w:rsidR="00C43FF1" w:rsidRDefault="0074542F">
      <w:pPr>
        <w:pStyle w:val="Titolo2"/>
      </w:pPr>
      <w:r>
        <w:lastRenderedPageBreak/>
        <w:t>BOOKING CONDITIONS</w:t>
      </w:r>
    </w:p>
    <w:p w14:paraId="142F258B" w14:textId="77777777" w:rsidR="00C43FF1" w:rsidRDefault="0074542F">
      <w:r>
        <w:t xml:space="preserve">Booking is mandatory and </w:t>
      </w:r>
      <w:proofErr w:type="gramStart"/>
      <w:r>
        <w:t>must be sent</w:t>
      </w:r>
      <w:proofErr w:type="gramEnd"/>
      <w:r>
        <w:t xml:space="preserve"> by e-mail to info@coronini.it, attaching this form, duly completed in all its parts and signed by the contact person.</w:t>
      </w:r>
      <w:r>
        <w:br/>
      </w:r>
      <w:r>
        <w:br/>
        <w:t xml:space="preserve">The booking will be valid only after confirmation from the Foundation, which </w:t>
      </w:r>
      <w:proofErr w:type="gramStart"/>
      <w:r>
        <w:t>will be sent</w:t>
      </w:r>
      <w:proofErr w:type="gramEnd"/>
      <w:r>
        <w:t xml:space="preserve"> by e-mail.</w:t>
      </w:r>
      <w:r>
        <w:br/>
      </w:r>
      <w:r>
        <w:br/>
      </w:r>
      <w:proofErr w:type="gramStart"/>
      <w:r>
        <w:t>Tours of the Palace and Park may only be conducted by the Foundation staff</w:t>
      </w:r>
      <w:proofErr w:type="gramEnd"/>
      <w:r>
        <w:t>.</w:t>
      </w:r>
      <w:r>
        <w:br/>
      </w:r>
      <w:r>
        <w:br/>
        <w:t>Third parties wishing to use their own guide must request authorization from the Foundation by sending an e-mail to info@coronini.it indicating the guide’s name and surname.</w:t>
      </w:r>
      <w:r>
        <w:br/>
      </w:r>
      <w:r>
        <w:br/>
        <w:t xml:space="preserve">The booking request </w:t>
      </w:r>
      <w:proofErr w:type="gramStart"/>
      <w:r>
        <w:t>must be sent</w:t>
      </w:r>
      <w:proofErr w:type="gramEnd"/>
      <w:r>
        <w:t xml:space="preserve"> at least 10 days before the date of the visit.</w:t>
      </w:r>
      <w:r>
        <w:br/>
      </w:r>
      <w:r>
        <w:br/>
        <w:t>In case of cancellation, please notify us at least 48 hours in advance.</w:t>
      </w:r>
    </w:p>
    <w:p w14:paraId="6FC00482" w14:textId="77777777" w:rsidR="00C43FF1" w:rsidRDefault="0074542F">
      <w:pPr>
        <w:pStyle w:val="Titolo2"/>
      </w:pPr>
      <w:r>
        <w:t>VISIT CONDITIONS</w:t>
      </w:r>
    </w:p>
    <w:p w14:paraId="3479E637" w14:textId="5D1D37E1" w:rsidR="00C43FF1" w:rsidRDefault="0074542F">
      <w:r>
        <w:t xml:space="preserve">Payment </w:t>
      </w:r>
      <w:proofErr w:type="gramStart"/>
      <w:r>
        <w:t>may be made</w:t>
      </w:r>
      <w:proofErr w:type="gramEnd"/>
      <w:r>
        <w:t xml:space="preserve"> on site or via advance bank transfer (at least 7 days before the chosen date of the visit).</w:t>
      </w:r>
      <w:r>
        <w:br/>
      </w:r>
      <w:r>
        <w:br/>
        <w:t>Bank details:</w:t>
      </w:r>
      <w:r>
        <w:br/>
        <w:t>Fondazione</w:t>
      </w:r>
      <w:r w:rsidR="00415B02">
        <w:t xml:space="preserve"> Palazzo </w:t>
      </w:r>
      <w:proofErr w:type="spellStart"/>
      <w:r w:rsidR="00415B02">
        <w:t>Coronini</w:t>
      </w:r>
      <w:proofErr w:type="spellEnd"/>
      <w:r w:rsidR="00415B02">
        <w:t xml:space="preserve"> </w:t>
      </w:r>
      <w:proofErr w:type="spellStart"/>
      <w:r w:rsidR="00415B02">
        <w:t>Cronberg</w:t>
      </w:r>
      <w:proofErr w:type="spellEnd"/>
      <w:r w:rsidR="00415B02">
        <w:t xml:space="preserve"> </w:t>
      </w:r>
      <w:r>
        <w:br/>
        <w:t>IBAN: IT84S0306912344100000300016</w:t>
      </w:r>
      <w:r>
        <w:br/>
      </w:r>
      <w:r>
        <w:br/>
        <w:t>It is mandatory to read the Regulations for access to the museum spaces and the Park.</w:t>
      </w:r>
      <w:r>
        <w:br/>
        <w:t xml:space="preserve">The Regulations </w:t>
      </w:r>
      <w:proofErr w:type="gramStart"/>
      <w:r>
        <w:t>can be downloaded</w:t>
      </w:r>
      <w:proofErr w:type="gramEnd"/>
      <w:r>
        <w:t xml:space="preserve"> from www.coronini.it</w:t>
      </w:r>
    </w:p>
    <w:p w14:paraId="4381908A" w14:textId="77777777" w:rsidR="00C43FF1" w:rsidRDefault="0074542F">
      <w:pPr>
        <w:pStyle w:val="Titolo2"/>
      </w:pPr>
      <w:r>
        <w:t>OPENING HOURS</w:t>
      </w:r>
    </w:p>
    <w:p w14:paraId="5C92DFB0" w14:textId="77777777" w:rsidR="00C43FF1" w:rsidRDefault="0074542F">
      <w:r>
        <w:t xml:space="preserve">Palazzo </w:t>
      </w:r>
      <w:proofErr w:type="spellStart"/>
      <w:r>
        <w:t>Coronini</w:t>
      </w:r>
      <w:proofErr w:type="spellEnd"/>
      <w:r>
        <w:t xml:space="preserve"> </w:t>
      </w:r>
      <w:proofErr w:type="spellStart"/>
      <w:r>
        <w:t>Cronberg</w:t>
      </w:r>
      <w:proofErr w:type="spellEnd"/>
      <w:r>
        <w:br/>
        <w:t>Wednesday to Friday: 10:00–13:00 and 15:00–18:00</w:t>
      </w:r>
      <w:r>
        <w:br/>
        <w:t>Saturday and Sunday: 10:00–13:00 and 15:00–19:00</w:t>
      </w:r>
      <w:r>
        <w:br/>
        <w:t>Opening hours may be subject to change: please check the website www.coronini.it</w:t>
      </w:r>
      <w:r>
        <w:br/>
      </w:r>
      <w:r>
        <w:br/>
        <w:t xml:space="preserve">Parco </w:t>
      </w:r>
      <w:proofErr w:type="spellStart"/>
      <w:r>
        <w:t>Coronini</w:t>
      </w:r>
      <w:proofErr w:type="spellEnd"/>
      <w:r>
        <w:t xml:space="preserve"> </w:t>
      </w:r>
      <w:proofErr w:type="spellStart"/>
      <w:r>
        <w:t>Cronberg</w:t>
      </w:r>
      <w:proofErr w:type="spellEnd"/>
      <w:r>
        <w:br/>
        <w:t>January to April and October to December: 7:30–18:30</w:t>
      </w:r>
      <w:r>
        <w:br/>
        <w:t>May to September: 7:30–21:00</w:t>
      </w:r>
      <w:r>
        <w:br/>
      </w:r>
      <w:proofErr w:type="gramStart"/>
      <w:r>
        <w:t>The</w:t>
      </w:r>
      <w:proofErr w:type="gramEnd"/>
      <w:r>
        <w:t xml:space="preserve"> park cannot be visited after sunset.</w:t>
      </w:r>
    </w:p>
    <w:p w14:paraId="0AAEDC6F" w14:textId="77777777" w:rsidR="00DA1552" w:rsidRPr="00DA1552" w:rsidRDefault="00DA1552" w:rsidP="00DA1552">
      <w:pPr>
        <w:pStyle w:val="Titolo2"/>
        <w:rPr>
          <w:lang w:val="it-IT"/>
        </w:rPr>
      </w:pPr>
      <w:r w:rsidRPr="00DA1552">
        <w:rPr>
          <w:lang w:val="it-IT"/>
        </w:rPr>
        <w:t xml:space="preserve">TICKETS (per </w:t>
      </w:r>
      <w:proofErr w:type="spellStart"/>
      <w:r w:rsidRPr="00DA1552">
        <w:rPr>
          <w:lang w:val="it-IT"/>
        </w:rPr>
        <w:t>person</w:t>
      </w:r>
      <w:proofErr w:type="spellEnd"/>
      <w:r w:rsidRPr="00DA1552">
        <w:rPr>
          <w:lang w:val="it-IT"/>
        </w:rPr>
        <w:t>):</w:t>
      </w:r>
    </w:p>
    <w:p w14:paraId="714B5401" w14:textId="7DD9D1BD" w:rsidR="00DA1552" w:rsidRPr="00DA1552" w:rsidRDefault="00DA1552" w:rsidP="00DA1552">
      <w:pPr>
        <w:numPr>
          <w:ilvl w:val="0"/>
          <w:numId w:val="10"/>
        </w:numPr>
        <w:rPr>
          <w:lang w:val="en-GB"/>
        </w:rPr>
      </w:pPr>
      <w:r w:rsidRPr="00DA1552">
        <w:rPr>
          <w:lang w:val="en-GB"/>
        </w:rPr>
        <w:t>Guided tour of the Palace (1 hour)</w:t>
      </w:r>
      <w:r>
        <w:rPr>
          <w:lang w:val="en-GB"/>
        </w:rPr>
        <w:t xml:space="preserve"> </w:t>
      </w:r>
      <w:r w:rsidRPr="00DA1552">
        <w:rPr>
          <w:lang w:val="en-GB"/>
        </w:rPr>
        <w:t>: €14.00</w:t>
      </w:r>
    </w:p>
    <w:p w14:paraId="71E2A7B7" w14:textId="61F48D33" w:rsidR="00DA1552" w:rsidRPr="00DA1552" w:rsidRDefault="00DA1552" w:rsidP="00DA1552">
      <w:pPr>
        <w:numPr>
          <w:ilvl w:val="0"/>
          <w:numId w:val="10"/>
        </w:numPr>
        <w:rPr>
          <w:lang w:val="en-GB"/>
        </w:rPr>
      </w:pPr>
      <w:r w:rsidRPr="00DA1552">
        <w:rPr>
          <w:lang w:val="en-GB"/>
        </w:rPr>
        <w:t>Self-guided tour of the Palace</w:t>
      </w:r>
      <w:r>
        <w:rPr>
          <w:lang w:val="en-GB"/>
        </w:rPr>
        <w:t xml:space="preserve"> </w:t>
      </w:r>
      <w:r w:rsidRPr="00DA1552">
        <w:rPr>
          <w:lang w:val="en-GB"/>
        </w:rPr>
        <w:t>: €10.00</w:t>
      </w:r>
    </w:p>
    <w:p w14:paraId="1F491357" w14:textId="2850354D" w:rsidR="00DA1552" w:rsidRPr="00DA1552" w:rsidRDefault="00DA1552" w:rsidP="00DA1552">
      <w:pPr>
        <w:numPr>
          <w:ilvl w:val="0"/>
          <w:numId w:val="10"/>
        </w:numPr>
        <w:rPr>
          <w:lang w:val="en-GB"/>
        </w:rPr>
      </w:pPr>
      <w:r w:rsidRPr="00DA1552">
        <w:rPr>
          <w:lang w:val="en-GB"/>
        </w:rPr>
        <w:lastRenderedPageBreak/>
        <w:t>Guided tour of the Park (1.5 hours)</w:t>
      </w:r>
      <w:r>
        <w:rPr>
          <w:lang w:val="en-GB"/>
        </w:rPr>
        <w:t xml:space="preserve"> </w:t>
      </w:r>
      <w:r w:rsidRPr="00DA1552">
        <w:rPr>
          <w:lang w:val="en-GB"/>
        </w:rPr>
        <w:t>: €5.00</w:t>
      </w:r>
    </w:p>
    <w:p w14:paraId="5177ADD2" w14:textId="28198558" w:rsidR="00DA1552" w:rsidRPr="00DA1552" w:rsidRDefault="00DA1552" w:rsidP="00DA1552">
      <w:pPr>
        <w:numPr>
          <w:ilvl w:val="0"/>
          <w:numId w:val="10"/>
        </w:numPr>
        <w:rPr>
          <w:lang w:val="en-GB"/>
        </w:rPr>
      </w:pPr>
      <w:r w:rsidRPr="00DA1552">
        <w:rPr>
          <w:lang w:val="en-GB"/>
        </w:rPr>
        <w:t>Self-guided tour of the Exhibition</w:t>
      </w:r>
      <w:r>
        <w:rPr>
          <w:lang w:val="en-GB"/>
        </w:rPr>
        <w:t xml:space="preserve"> </w:t>
      </w:r>
      <w:r w:rsidRPr="00DA1552">
        <w:rPr>
          <w:lang w:val="en-GB"/>
        </w:rPr>
        <w:t>: €6.00</w:t>
      </w:r>
    </w:p>
    <w:p w14:paraId="77543A7C" w14:textId="761D478C" w:rsidR="00DA1552" w:rsidRPr="00DA1552" w:rsidRDefault="00DA1552" w:rsidP="00DA1552">
      <w:pPr>
        <w:numPr>
          <w:ilvl w:val="0"/>
          <w:numId w:val="10"/>
        </w:numPr>
        <w:rPr>
          <w:lang w:val="en-GB"/>
        </w:rPr>
      </w:pPr>
      <w:r w:rsidRPr="00DA1552">
        <w:rPr>
          <w:lang w:val="en-GB"/>
        </w:rPr>
        <w:t>Guided tour of the Exhibition (1 hour)</w:t>
      </w:r>
      <w:r>
        <w:rPr>
          <w:lang w:val="en-GB"/>
        </w:rPr>
        <w:t xml:space="preserve"> </w:t>
      </w:r>
      <w:r w:rsidRPr="00DA1552">
        <w:rPr>
          <w:lang w:val="en-GB"/>
        </w:rPr>
        <w:t>: €9.00</w:t>
      </w:r>
    </w:p>
    <w:p w14:paraId="7554A825" w14:textId="5C4ECA1B" w:rsidR="00DA1552" w:rsidRPr="00DA1552" w:rsidRDefault="00DA1552" w:rsidP="00DA1552">
      <w:pPr>
        <w:numPr>
          <w:ilvl w:val="0"/>
          <w:numId w:val="10"/>
        </w:numPr>
        <w:rPr>
          <w:lang w:val="en-GB"/>
        </w:rPr>
      </w:pPr>
      <w:r w:rsidRPr="00DA1552">
        <w:rPr>
          <w:lang w:val="en-GB"/>
        </w:rPr>
        <w:t>Palace visit for groups accompanied by licensed FVG guides</w:t>
      </w:r>
      <w:r>
        <w:rPr>
          <w:lang w:val="en-GB"/>
        </w:rPr>
        <w:t xml:space="preserve"> </w:t>
      </w:r>
      <w:r w:rsidRPr="00DA1552">
        <w:rPr>
          <w:lang w:val="en-GB"/>
        </w:rPr>
        <w:t>: €6.00</w:t>
      </w:r>
    </w:p>
    <w:p w14:paraId="69F69775" w14:textId="37BA1F9C" w:rsidR="00DA1552" w:rsidRPr="00DA1552" w:rsidRDefault="00DA1552">
      <w:pPr>
        <w:rPr>
          <w:lang w:val="en-GB"/>
        </w:rPr>
      </w:pPr>
    </w:p>
    <w:sectPr w:rsidR="00DA1552" w:rsidRPr="00DA155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0250F2B"/>
    <w:multiLevelType w:val="multilevel"/>
    <w:tmpl w:val="104CB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1B46D8"/>
    <w:rsid w:val="0029639D"/>
    <w:rsid w:val="00326F90"/>
    <w:rsid w:val="00415B02"/>
    <w:rsid w:val="00636616"/>
    <w:rsid w:val="0074542F"/>
    <w:rsid w:val="008C594A"/>
    <w:rsid w:val="009B25FD"/>
    <w:rsid w:val="00AA1D8D"/>
    <w:rsid w:val="00B47730"/>
    <w:rsid w:val="00B97990"/>
    <w:rsid w:val="00C43FF1"/>
    <w:rsid w:val="00C465B2"/>
    <w:rsid w:val="00CB0664"/>
    <w:rsid w:val="00DA155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7276FD"/>
  <w14:defaultImageDpi w14:val="300"/>
  <w15:docId w15:val="{0F5698E5-222A-471C-8B81-DFB4DB8ED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8336A46-B0C2-471F-AA76-F7E9636B6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525</Words>
  <Characters>2996</Characters>
  <Application>Microsoft Office Word</Application>
  <DocSecurity>0</DocSecurity>
  <Lines>24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3514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Operatore</cp:lastModifiedBy>
  <cp:revision>6</cp:revision>
  <dcterms:created xsi:type="dcterms:W3CDTF">2025-09-16T10:49:00Z</dcterms:created>
  <dcterms:modified xsi:type="dcterms:W3CDTF">2026-06-03T09:47:00Z</dcterms:modified>
  <cp:category/>
</cp:coreProperties>
</file>